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AFD33" w14:textId="511E2B8C" w:rsidR="0029587E" w:rsidRDefault="006E4156">
      <w:pPr>
        <w:pStyle w:val="Heading1"/>
      </w:pPr>
      <w:r>
        <w:t>Caspian School Bursary Package - Application Form</w:t>
      </w:r>
    </w:p>
    <w:p w14:paraId="742058E7" w14:textId="77777777" w:rsidR="0029587E" w:rsidRDefault="006E4156">
      <w:r>
        <w:t xml:space="preserve">Please complete this form and return it with the required supporting evidence to the Student Welfare Officer or email </w:t>
      </w:r>
      <w:r>
        <w:rPr>
          <w:b/>
        </w:rPr>
        <w:t>student.welfare@caspianschool.ac.uk</w:t>
      </w:r>
    </w:p>
    <w:p w14:paraId="17FF8BC8" w14:textId="77777777" w:rsidR="0029587E" w:rsidRDefault="006E4156">
      <w:pPr>
        <w:pStyle w:val="Heading2"/>
      </w:pPr>
      <w:r>
        <w:t>1. 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29587E" w14:paraId="5223901D" w14:textId="77777777">
        <w:tc>
          <w:tcPr>
            <w:tcW w:w="4320" w:type="dxa"/>
          </w:tcPr>
          <w:p w14:paraId="41A246DB" w14:textId="77777777" w:rsidR="0029587E" w:rsidRDefault="006E4156">
            <w:r>
              <w:t>Full name</w:t>
            </w:r>
          </w:p>
        </w:tc>
        <w:tc>
          <w:tcPr>
            <w:tcW w:w="4320" w:type="dxa"/>
          </w:tcPr>
          <w:p w14:paraId="0985192D" w14:textId="77777777" w:rsidR="0029587E" w:rsidRDefault="0029587E"/>
        </w:tc>
      </w:tr>
      <w:tr w:rsidR="0029587E" w14:paraId="4F138EDD" w14:textId="77777777">
        <w:tc>
          <w:tcPr>
            <w:tcW w:w="4320" w:type="dxa"/>
          </w:tcPr>
          <w:p w14:paraId="395C8E4A" w14:textId="77777777" w:rsidR="0029587E" w:rsidRDefault="006E4156">
            <w:r>
              <w:t>Student ID</w:t>
            </w:r>
          </w:p>
        </w:tc>
        <w:tc>
          <w:tcPr>
            <w:tcW w:w="4320" w:type="dxa"/>
          </w:tcPr>
          <w:p w14:paraId="2ECB79FC" w14:textId="77777777" w:rsidR="0029587E" w:rsidRDefault="0029587E"/>
        </w:tc>
      </w:tr>
      <w:tr w:rsidR="0029587E" w14:paraId="5C82B601" w14:textId="77777777">
        <w:tc>
          <w:tcPr>
            <w:tcW w:w="4320" w:type="dxa"/>
          </w:tcPr>
          <w:p w14:paraId="3C5C97B7" w14:textId="77777777" w:rsidR="0029587E" w:rsidRDefault="006E4156">
            <w:r>
              <w:t>Date of birth (DD/MM/YYYY)</w:t>
            </w:r>
          </w:p>
        </w:tc>
        <w:tc>
          <w:tcPr>
            <w:tcW w:w="4320" w:type="dxa"/>
          </w:tcPr>
          <w:p w14:paraId="473522BE" w14:textId="77777777" w:rsidR="0029587E" w:rsidRDefault="0029587E"/>
        </w:tc>
      </w:tr>
      <w:tr w:rsidR="0029587E" w14:paraId="244C7CA8" w14:textId="77777777">
        <w:tc>
          <w:tcPr>
            <w:tcW w:w="4320" w:type="dxa"/>
          </w:tcPr>
          <w:p w14:paraId="1D8D1C2F" w14:textId="77777777" w:rsidR="0029587E" w:rsidRDefault="006E4156">
            <w:r>
              <w:t>Term-time address</w:t>
            </w:r>
          </w:p>
        </w:tc>
        <w:tc>
          <w:tcPr>
            <w:tcW w:w="4320" w:type="dxa"/>
          </w:tcPr>
          <w:p w14:paraId="497EE60E" w14:textId="77777777" w:rsidR="0029587E" w:rsidRDefault="0029587E"/>
        </w:tc>
      </w:tr>
      <w:tr w:rsidR="0029587E" w14:paraId="73BE0CAB" w14:textId="77777777">
        <w:tc>
          <w:tcPr>
            <w:tcW w:w="4320" w:type="dxa"/>
          </w:tcPr>
          <w:p w14:paraId="2556FD25" w14:textId="77777777" w:rsidR="0029587E" w:rsidRDefault="006E4156">
            <w:r>
              <w:t>Permanent home address</w:t>
            </w:r>
          </w:p>
        </w:tc>
        <w:tc>
          <w:tcPr>
            <w:tcW w:w="4320" w:type="dxa"/>
          </w:tcPr>
          <w:p w14:paraId="153A2C31" w14:textId="77777777" w:rsidR="0029587E" w:rsidRDefault="0029587E"/>
        </w:tc>
      </w:tr>
      <w:tr w:rsidR="0029587E" w14:paraId="4F8E6696" w14:textId="77777777">
        <w:tc>
          <w:tcPr>
            <w:tcW w:w="4320" w:type="dxa"/>
          </w:tcPr>
          <w:p w14:paraId="5CF8F727" w14:textId="77777777" w:rsidR="0029587E" w:rsidRDefault="006E4156">
            <w:r>
              <w:t>Email / Phone</w:t>
            </w:r>
          </w:p>
        </w:tc>
        <w:tc>
          <w:tcPr>
            <w:tcW w:w="4320" w:type="dxa"/>
          </w:tcPr>
          <w:p w14:paraId="562E76BF" w14:textId="77777777" w:rsidR="0029587E" w:rsidRDefault="0029587E"/>
        </w:tc>
      </w:tr>
    </w:tbl>
    <w:p w14:paraId="2502633B" w14:textId="77777777" w:rsidR="0029587E" w:rsidRDefault="006E4156">
      <w:pPr>
        <w:pStyle w:val="Heading2"/>
      </w:pPr>
      <w:r>
        <w:t>2. Eligibility (tick all that apply and attach evidence)</w:t>
      </w:r>
    </w:p>
    <w:p w14:paraId="67A5A6FF" w14:textId="77777777" w:rsidR="0029587E" w:rsidRDefault="006E4156">
      <w:r>
        <w:t>□ Care Leaver (must be recognised by local authority as a care leaver)</w:t>
      </w:r>
      <w:r>
        <w:br/>
        <w:t>□ Care Experienced (were in care before age 18 or adopted from care)</w:t>
      </w:r>
      <w:r>
        <w:br/>
        <w:t>□ Disabled student (long-term illness, disability, mental health condition, learning difficulty)</w:t>
      </w:r>
      <w:r>
        <w:br/>
        <w:t>Note: For disabled students provide medical evidence (GP letter within last 3 months) or DWP benefit letter.</w:t>
      </w:r>
    </w:p>
    <w:p w14:paraId="5904794D" w14:textId="77777777" w:rsidR="0029587E" w:rsidRDefault="006E4156">
      <w:pPr>
        <w:pStyle w:val="Heading2"/>
      </w:pPr>
      <w:r>
        <w:t>3. Evidence checklist (tick and attach copies)</w:t>
      </w:r>
    </w:p>
    <w:p w14:paraId="1BAE51B2" w14:textId="77777777" w:rsidR="0029587E" w:rsidRDefault="006E4156">
      <w:r>
        <w:t>□ Student Finance England (SFE) assessment letter (showing maximum Maintenance Loan)</w:t>
      </w:r>
      <w:r>
        <w:br/>
        <w:t>□ Local authority confirmation / supporting email (care leaver)</w:t>
      </w:r>
      <w:r>
        <w:br/>
        <w:t>□ Evidence of being in care (adoption papers, LA letter) (care experienced)</w:t>
      </w:r>
      <w:r>
        <w:br/>
        <w:t>□ Medical evidence or DWP letter (disabled students)</w:t>
      </w:r>
      <w:r>
        <w:br/>
        <w:t>□ Other supporting documentation (specify): _________________________</w:t>
      </w:r>
    </w:p>
    <w:p w14:paraId="0980E186" w14:textId="77777777" w:rsidR="0029587E" w:rsidRDefault="006E4156">
      <w:pPr>
        <w:pStyle w:val="Heading2"/>
      </w:pPr>
      <w:r>
        <w:t>4. Household &amp; Funding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29587E" w14:paraId="6BB69474" w14:textId="77777777">
        <w:tc>
          <w:tcPr>
            <w:tcW w:w="4320" w:type="dxa"/>
          </w:tcPr>
          <w:p w14:paraId="30588C93" w14:textId="77777777" w:rsidR="0029587E" w:rsidRDefault="006E4156">
            <w:r>
              <w:t xml:space="preserve">Are you classified as a </w:t>
            </w:r>
            <w:proofErr w:type="gramStart"/>
            <w:r>
              <w:t>Home</w:t>
            </w:r>
            <w:proofErr w:type="gramEnd"/>
            <w:r>
              <w:t xml:space="preserve"> student for fee purposes? (Yes/No)</w:t>
            </w:r>
          </w:p>
        </w:tc>
        <w:tc>
          <w:tcPr>
            <w:tcW w:w="4320" w:type="dxa"/>
          </w:tcPr>
          <w:p w14:paraId="5015B466" w14:textId="77777777" w:rsidR="0029587E" w:rsidRDefault="0029587E"/>
        </w:tc>
      </w:tr>
      <w:tr w:rsidR="0029587E" w14:paraId="49D75AA5" w14:textId="77777777">
        <w:tc>
          <w:tcPr>
            <w:tcW w:w="4320" w:type="dxa"/>
          </w:tcPr>
          <w:p w14:paraId="566A1974" w14:textId="77777777" w:rsidR="0029587E" w:rsidRDefault="006E4156">
            <w:r>
              <w:t>Are you a permanent resident of the UK? (Yes/No)</w:t>
            </w:r>
          </w:p>
        </w:tc>
        <w:tc>
          <w:tcPr>
            <w:tcW w:w="4320" w:type="dxa"/>
          </w:tcPr>
          <w:p w14:paraId="3F5F65F6" w14:textId="77777777" w:rsidR="0029587E" w:rsidRDefault="0029587E"/>
        </w:tc>
      </w:tr>
      <w:tr w:rsidR="0029587E" w14:paraId="1B85F7F0" w14:textId="77777777">
        <w:tc>
          <w:tcPr>
            <w:tcW w:w="4320" w:type="dxa"/>
          </w:tcPr>
          <w:p w14:paraId="65BD4255" w14:textId="77777777" w:rsidR="0029587E" w:rsidRDefault="006E4156">
            <w:r>
              <w:t>Do you receive the maximum Maintenance Loan from SFE? (Yes/No)</w:t>
            </w:r>
          </w:p>
        </w:tc>
        <w:tc>
          <w:tcPr>
            <w:tcW w:w="4320" w:type="dxa"/>
          </w:tcPr>
          <w:p w14:paraId="28A6A147" w14:textId="77777777" w:rsidR="0029587E" w:rsidRDefault="0029587E"/>
        </w:tc>
      </w:tr>
      <w:tr w:rsidR="0029587E" w14:paraId="4064698A" w14:textId="77777777">
        <w:tc>
          <w:tcPr>
            <w:tcW w:w="4320" w:type="dxa"/>
          </w:tcPr>
          <w:p w14:paraId="7D856F2D" w14:textId="77777777" w:rsidR="0029587E" w:rsidRDefault="006E4156">
            <w:r>
              <w:t>If any, please state household income or income band</w:t>
            </w:r>
          </w:p>
        </w:tc>
        <w:tc>
          <w:tcPr>
            <w:tcW w:w="4320" w:type="dxa"/>
          </w:tcPr>
          <w:p w14:paraId="03070C02" w14:textId="77777777" w:rsidR="0029587E" w:rsidRDefault="0029587E"/>
        </w:tc>
      </w:tr>
    </w:tbl>
    <w:p w14:paraId="30AC26EB" w14:textId="77777777" w:rsidR="00C84C70" w:rsidRDefault="00C84C70">
      <w:pPr>
        <w:pStyle w:val="Heading2"/>
      </w:pPr>
    </w:p>
    <w:p w14:paraId="6731B18B" w14:textId="0C6C4553" w:rsidR="0029587E" w:rsidRDefault="006E4156">
      <w:pPr>
        <w:pStyle w:val="Heading2"/>
      </w:pPr>
      <w:r>
        <w:t>5. Bursary Requested</w:t>
      </w:r>
    </w:p>
    <w:p w14:paraId="78750D3D" w14:textId="77777777" w:rsidR="0029587E" w:rsidRDefault="006E4156">
      <w:r>
        <w:t>Amount requested (up to £1,000; up to £2,000 for disabled students): £__________</w:t>
      </w:r>
      <w:r>
        <w:br/>
        <w:t>Reason(s) for request (brief description of what funds will be used for - e.g., textbooks, travel, bills):</w:t>
      </w:r>
      <w:r>
        <w:br/>
      </w:r>
      <w:r>
        <w:lastRenderedPageBreak/>
        <w:t>__________________________________________________________________________________________</w:t>
      </w:r>
      <w:r>
        <w:br/>
        <w:t>__________________________________________________________________________________________</w:t>
      </w:r>
    </w:p>
    <w:p w14:paraId="3D89E501" w14:textId="77777777" w:rsidR="0029587E" w:rsidRDefault="006E4156">
      <w:pPr>
        <w:pStyle w:val="Heading2"/>
      </w:pPr>
      <w:r>
        <w:t>6. Payment Preference</w:t>
      </w:r>
    </w:p>
    <w:p w14:paraId="6E233D57" w14:textId="77777777" w:rsidR="0029587E" w:rsidRDefault="006E4156">
      <w:r>
        <w:t>Bursaries are normally paid in up to three instalments across the academic year.</w:t>
      </w:r>
      <w:r>
        <w:br/>
        <w:t xml:space="preserve">Preferred payment method (tick): □ Bank </w:t>
      </w:r>
      <w:proofErr w:type="gramStart"/>
      <w:r>
        <w:t>transfer  □</w:t>
      </w:r>
      <w:proofErr w:type="gramEnd"/>
      <w:r>
        <w:t xml:space="preserve"> School account </w:t>
      </w:r>
      <w:proofErr w:type="gramStart"/>
      <w:r>
        <w:t>credit  □</w:t>
      </w:r>
      <w:proofErr w:type="gramEnd"/>
      <w:r>
        <w:t xml:space="preserve"> Other: __________</w:t>
      </w:r>
      <w:r>
        <w:br/>
        <w:t>If bank transfer, provide bank details:</w:t>
      </w:r>
      <w:r>
        <w:br/>
        <w:t>Account name: _________________</w:t>
      </w:r>
      <w:proofErr w:type="gramStart"/>
      <w:r>
        <w:t xml:space="preserve">_  </w:t>
      </w:r>
      <w:proofErr w:type="gramEnd"/>
      <w:r>
        <w:t xml:space="preserve"> Sort code: ____-__</w:t>
      </w:r>
      <w:proofErr w:type="gramStart"/>
      <w:r>
        <w:t>__-</w:t>
      </w:r>
      <w:proofErr w:type="gramEnd"/>
      <w:r>
        <w:t>_</w:t>
      </w:r>
      <w:proofErr w:type="gramStart"/>
      <w:r>
        <w:t>__</w:t>
      </w:r>
      <w:proofErr w:type="gramEnd"/>
      <w:r>
        <w:t>_   Account number: __________</w:t>
      </w:r>
    </w:p>
    <w:p w14:paraId="58F5149C" w14:textId="77777777" w:rsidR="0029587E" w:rsidRDefault="006E4156">
      <w:pPr>
        <w:pStyle w:val="Heading2"/>
      </w:pPr>
      <w:r>
        <w:t>7. Declaration &amp; Consent</w:t>
      </w:r>
    </w:p>
    <w:p w14:paraId="18664992" w14:textId="406E99FD" w:rsidR="00C84C70" w:rsidRDefault="006E4156">
      <w:r>
        <w:t>I confirm that the information I have given on this form is correct to the best of my knowledge. I understand that providing false information may result in withdrawal of any award.</w:t>
      </w:r>
      <w:r>
        <w:br/>
        <w:t>I consent to Caspian School using the information provided on this form for the purpose of assessing my bursary application. I understand my data will not be shared with third parties and that the school may contact me about other funding opportunities.</w:t>
      </w:r>
      <w:r>
        <w:br/>
      </w:r>
      <w:r>
        <w:br/>
        <w:t xml:space="preserve">Applicant signature: ____________________________   </w:t>
      </w:r>
    </w:p>
    <w:p w14:paraId="7931F84A" w14:textId="3C513EBB" w:rsidR="00C84C70" w:rsidRDefault="006E4156">
      <w:r>
        <w:t>Date: ____/____/______</w:t>
      </w:r>
      <w:r>
        <w:br/>
      </w:r>
      <w:r>
        <w:br/>
        <w:t>If under 18 at the time of application (where applicable):</w:t>
      </w:r>
      <w:r w:rsidR="00C84C70">
        <w:br/>
      </w:r>
      <w:r>
        <w:br/>
        <w:t xml:space="preserve">Parent/Guardian name: __________________________ </w:t>
      </w:r>
    </w:p>
    <w:p w14:paraId="1F12781E" w14:textId="10935762" w:rsidR="00C84C70" w:rsidRDefault="006E4156">
      <w:r>
        <w:t xml:space="preserve"> Signature: ___________________</w:t>
      </w:r>
      <w:proofErr w:type="gramStart"/>
      <w:r>
        <w:t>_  Date</w:t>
      </w:r>
      <w:proofErr w:type="gramEnd"/>
      <w:r>
        <w:t>: ____/____/______</w:t>
      </w:r>
      <w:r w:rsidR="00C84C70">
        <w:br/>
      </w:r>
    </w:p>
    <w:p w14:paraId="0F749278" w14:textId="77777777" w:rsidR="0029587E" w:rsidRDefault="006E4156">
      <w:pPr>
        <w:pStyle w:val="Heading2"/>
      </w:pPr>
      <w:r>
        <w:t>8. Decision (Office use only)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29587E" w14:paraId="6862AF58" w14:textId="77777777">
        <w:tc>
          <w:tcPr>
            <w:tcW w:w="4320" w:type="dxa"/>
          </w:tcPr>
          <w:p w14:paraId="0623AFEF" w14:textId="77777777" w:rsidR="0029587E" w:rsidRDefault="006E4156">
            <w:r>
              <w:t>Date application received</w:t>
            </w:r>
          </w:p>
        </w:tc>
        <w:tc>
          <w:tcPr>
            <w:tcW w:w="4320" w:type="dxa"/>
          </w:tcPr>
          <w:p w14:paraId="222108FE" w14:textId="77777777" w:rsidR="0029587E" w:rsidRDefault="0029587E"/>
        </w:tc>
      </w:tr>
      <w:tr w:rsidR="0029587E" w14:paraId="23D7A016" w14:textId="77777777">
        <w:tc>
          <w:tcPr>
            <w:tcW w:w="4320" w:type="dxa"/>
          </w:tcPr>
          <w:p w14:paraId="2CEDB037" w14:textId="77777777" w:rsidR="0029587E" w:rsidRDefault="006E4156">
            <w:r>
              <w:t>Eligibility confirmed (Y/N)</w:t>
            </w:r>
          </w:p>
        </w:tc>
        <w:tc>
          <w:tcPr>
            <w:tcW w:w="4320" w:type="dxa"/>
          </w:tcPr>
          <w:p w14:paraId="358E0160" w14:textId="77777777" w:rsidR="0029587E" w:rsidRDefault="0029587E"/>
        </w:tc>
      </w:tr>
      <w:tr w:rsidR="0029587E" w14:paraId="57A5D569" w14:textId="77777777">
        <w:tc>
          <w:tcPr>
            <w:tcW w:w="4320" w:type="dxa"/>
          </w:tcPr>
          <w:p w14:paraId="22252829" w14:textId="77777777" w:rsidR="0029587E" w:rsidRDefault="006E4156">
            <w:r>
              <w:t>Evidence checked by (name)</w:t>
            </w:r>
          </w:p>
        </w:tc>
        <w:tc>
          <w:tcPr>
            <w:tcW w:w="4320" w:type="dxa"/>
          </w:tcPr>
          <w:p w14:paraId="06828145" w14:textId="77777777" w:rsidR="0029587E" w:rsidRDefault="0029587E"/>
        </w:tc>
      </w:tr>
      <w:tr w:rsidR="0029587E" w14:paraId="66BC883E" w14:textId="77777777">
        <w:tc>
          <w:tcPr>
            <w:tcW w:w="4320" w:type="dxa"/>
          </w:tcPr>
          <w:p w14:paraId="0FF8F078" w14:textId="77777777" w:rsidR="0029587E" w:rsidRDefault="006E4156">
            <w:r>
              <w:t>Award amount approved (£)</w:t>
            </w:r>
          </w:p>
        </w:tc>
        <w:tc>
          <w:tcPr>
            <w:tcW w:w="4320" w:type="dxa"/>
          </w:tcPr>
          <w:p w14:paraId="5C2DDE78" w14:textId="77777777" w:rsidR="0029587E" w:rsidRDefault="0029587E"/>
        </w:tc>
      </w:tr>
      <w:tr w:rsidR="0029587E" w14:paraId="3CC0EF71" w14:textId="77777777">
        <w:tc>
          <w:tcPr>
            <w:tcW w:w="4320" w:type="dxa"/>
          </w:tcPr>
          <w:p w14:paraId="69C3ACE1" w14:textId="77777777" w:rsidR="0029587E" w:rsidRDefault="006E4156">
            <w:r>
              <w:t>Payment schedule / instalments</w:t>
            </w:r>
          </w:p>
        </w:tc>
        <w:tc>
          <w:tcPr>
            <w:tcW w:w="4320" w:type="dxa"/>
          </w:tcPr>
          <w:p w14:paraId="12CC2555" w14:textId="77777777" w:rsidR="0029587E" w:rsidRDefault="0029587E"/>
        </w:tc>
      </w:tr>
      <w:tr w:rsidR="0029587E" w14:paraId="240CA080" w14:textId="77777777">
        <w:tc>
          <w:tcPr>
            <w:tcW w:w="4320" w:type="dxa"/>
          </w:tcPr>
          <w:p w14:paraId="50AE996B" w14:textId="77777777" w:rsidR="0029587E" w:rsidRDefault="006E4156">
            <w:r>
              <w:t>Signature of Student Welfare Officer &amp; Date</w:t>
            </w:r>
          </w:p>
        </w:tc>
        <w:tc>
          <w:tcPr>
            <w:tcW w:w="4320" w:type="dxa"/>
          </w:tcPr>
          <w:p w14:paraId="55406FC4" w14:textId="77777777" w:rsidR="0029587E" w:rsidRDefault="0029587E"/>
        </w:tc>
      </w:tr>
    </w:tbl>
    <w:p w14:paraId="619639D7" w14:textId="2D23E72C" w:rsidR="00C84C70" w:rsidRDefault="006E4156">
      <w:r>
        <w:br/>
      </w:r>
    </w:p>
    <w:p w14:paraId="1376105D" w14:textId="17E5AFCE" w:rsidR="0029587E" w:rsidRDefault="006E4156">
      <w:r w:rsidRPr="00C84C70">
        <w:rPr>
          <w:color w:val="4F81BD" w:themeColor="accent1"/>
          <w:sz w:val="26"/>
          <w:szCs w:val="26"/>
        </w:rPr>
        <w:t>Notes</w:t>
      </w:r>
      <w:r w:rsidRPr="00C84C70">
        <w:rPr>
          <w:color w:val="4F81BD" w:themeColor="accent1"/>
          <w:sz w:val="28"/>
          <w:szCs w:val="28"/>
        </w:rPr>
        <w:t>:</w:t>
      </w:r>
      <w:r>
        <w:br/>
        <w:t>- Bursaries are awarded on a first-come, first-served basis following eligibility assessment.</w:t>
      </w:r>
      <w:r>
        <w:br/>
        <w:t>- Payments will cease if the student withdraws, falls below 80% attendance, or fails to make satisfactory progress.</w:t>
      </w:r>
      <w:r>
        <w:br/>
        <w:t>- Bursaries cannot be backdated.</w:t>
      </w:r>
    </w:p>
    <w:sectPr w:rsidR="0029587E" w:rsidSect="00DC4F53">
      <w:headerReference w:type="default" r:id="rId8"/>
      <w:footerReference w:type="default" r:id="rId9"/>
      <w:pgSz w:w="12240" w:h="15840"/>
      <w:pgMar w:top="1440" w:right="1800" w:bottom="1440" w:left="1800" w:header="6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AA2D7" w14:textId="77777777" w:rsidR="00EA0132" w:rsidRDefault="00EA0132" w:rsidP="00DC4F53">
      <w:pPr>
        <w:spacing w:after="0" w:line="240" w:lineRule="auto"/>
      </w:pPr>
      <w:r>
        <w:separator/>
      </w:r>
    </w:p>
  </w:endnote>
  <w:endnote w:type="continuationSeparator" w:id="0">
    <w:p w14:paraId="50C9F54A" w14:textId="77777777" w:rsidR="00EA0132" w:rsidRDefault="00EA0132" w:rsidP="00DC4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8860E" w14:textId="361BE134" w:rsidR="0053117B" w:rsidRDefault="00DC4F53" w:rsidP="0053117B">
    <w:pPr>
      <w:pStyle w:val="Footer"/>
    </w:pPr>
    <w:r>
      <w:t xml:space="preserve">020 3576 3423 </w:t>
    </w:r>
  </w:p>
  <w:p w14:paraId="6EDF18AF" w14:textId="4A76A00D" w:rsidR="0053117B" w:rsidRDefault="0053117B" w:rsidP="0053117B">
    <w:pPr>
      <w:pStyle w:val="Footer"/>
    </w:pPr>
    <w:hyperlink r:id="rId1" w:history="1">
      <w:r w:rsidRPr="00A54DA8">
        <w:rPr>
          <w:rStyle w:val="Hyperlink"/>
        </w:rPr>
        <w:t>a.sattar@caspianschool.ac.uk</w:t>
      </w:r>
    </w:hyperlink>
  </w:p>
  <w:p w14:paraId="3FB91129" w14:textId="669B4CD3" w:rsidR="00DC4F53" w:rsidRDefault="00DC4F53" w:rsidP="0053117B">
    <w:pPr>
      <w:pStyle w:val="Footer"/>
    </w:pPr>
    <w:hyperlink r:id="rId2" w:history="1">
      <w:r w:rsidRPr="00D53C53">
        <w:rPr>
          <w:rStyle w:val="Hyperlink"/>
        </w:rPr>
        <w:t>www.caspianschool.ac.uk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24533" w14:textId="77777777" w:rsidR="00EA0132" w:rsidRDefault="00EA0132" w:rsidP="00DC4F53">
      <w:pPr>
        <w:spacing w:after="0" w:line="240" w:lineRule="auto"/>
      </w:pPr>
      <w:r>
        <w:separator/>
      </w:r>
    </w:p>
  </w:footnote>
  <w:footnote w:type="continuationSeparator" w:id="0">
    <w:p w14:paraId="2AF980A6" w14:textId="77777777" w:rsidR="00EA0132" w:rsidRDefault="00EA0132" w:rsidP="00DC4F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56AAA" w14:textId="15BAD9CE" w:rsidR="0053117B" w:rsidRDefault="0053610E">
    <w:pPr>
      <w:pStyle w:val="Header"/>
    </w:pPr>
    <w:r>
      <w:rPr>
        <w:noProof/>
      </w:rPr>
      <w:drawing>
        <wp:inline distT="0" distB="0" distL="0" distR="0" wp14:anchorId="3C426357" wp14:editId="28496917">
          <wp:extent cx="1724025" cy="524790"/>
          <wp:effectExtent l="0" t="0" r="0" b="8890"/>
          <wp:docPr id="978361633" name="Picture 1" descr="Blue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361633" name="Picture 1" descr="Blue text on a white background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49364" cy="5325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3907343">
    <w:abstractNumId w:val="8"/>
  </w:num>
  <w:num w:numId="2" w16cid:durableId="1190412684">
    <w:abstractNumId w:val="6"/>
  </w:num>
  <w:num w:numId="3" w16cid:durableId="1514222761">
    <w:abstractNumId w:val="5"/>
  </w:num>
  <w:num w:numId="4" w16cid:durableId="1192263378">
    <w:abstractNumId w:val="4"/>
  </w:num>
  <w:num w:numId="5" w16cid:durableId="340935609">
    <w:abstractNumId w:val="7"/>
  </w:num>
  <w:num w:numId="6" w16cid:durableId="1242762259">
    <w:abstractNumId w:val="3"/>
  </w:num>
  <w:num w:numId="7" w16cid:durableId="1647510515">
    <w:abstractNumId w:val="2"/>
  </w:num>
  <w:num w:numId="8" w16cid:durableId="1111975520">
    <w:abstractNumId w:val="1"/>
  </w:num>
  <w:num w:numId="9" w16cid:durableId="1393313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587E"/>
    <w:rsid w:val="0029639D"/>
    <w:rsid w:val="002F291B"/>
    <w:rsid w:val="00326F90"/>
    <w:rsid w:val="003D5725"/>
    <w:rsid w:val="0053117B"/>
    <w:rsid w:val="0053610E"/>
    <w:rsid w:val="00677004"/>
    <w:rsid w:val="006E4156"/>
    <w:rsid w:val="00764E97"/>
    <w:rsid w:val="00774677"/>
    <w:rsid w:val="008A54F6"/>
    <w:rsid w:val="00AA1D8D"/>
    <w:rsid w:val="00B47730"/>
    <w:rsid w:val="00C770BF"/>
    <w:rsid w:val="00C84C70"/>
    <w:rsid w:val="00CB0664"/>
    <w:rsid w:val="00DC4F53"/>
    <w:rsid w:val="00DE3566"/>
    <w:rsid w:val="00EA0132"/>
    <w:rsid w:val="00EF768A"/>
    <w:rsid w:val="00F94F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5908A6"/>
  <w14:defaultImageDpi w14:val="300"/>
  <w15:docId w15:val="{719D62B8-BEB3-F545-83AE-4641C055F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C4F5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4F5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11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spianschool.ac.uk" TargetMode="External"/><Relationship Id="rId1" Type="http://schemas.openxmlformats.org/officeDocument/2006/relationships/hyperlink" Target="mailto:a.sattar@caspianschool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458</Words>
  <Characters>2850</Characters>
  <Application>Microsoft Office Word</Application>
  <DocSecurity>0</DocSecurity>
  <Lines>95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Muhammad Javed</cp:lastModifiedBy>
  <cp:revision>4</cp:revision>
  <dcterms:created xsi:type="dcterms:W3CDTF">2025-10-14T11:15:00Z</dcterms:created>
  <dcterms:modified xsi:type="dcterms:W3CDTF">2025-10-20T06:40:00Z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c297ddee-6406-45e5-a84d-79046a4e01fd</vt:lpwstr>
  </property>
</Properties>
</file>